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10" w:rsidRPr="00A861C0" w:rsidRDefault="004F6B60">
      <w:pPr>
        <w:spacing w:after="40"/>
        <w:jc w:val="center"/>
        <w:rPr>
          <w:rFonts w:ascii="Times New Roman" w:hAnsi="Times New Roman" w:cs="Times New Roman"/>
          <w:sz w:val="40"/>
          <w:szCs w:val="40"/>
        </w:rPr>
      </w:pPr>
      <w:r w:rsidRPr="00A861C0">
        <w:rPr>
          <w:rFonts w:ascii="Times New Roman" w:hAnsi="Times New Roman" w:cs="Times New Roman"/>
          <w:b/>
          <w:color w:val="1F4E78"/>
          <w:sz w:val="40"/>
          <w:szCs w:val="40"/>
        </w:rPr>
        <w:t>MAGYARORSZÁG</w:t>
      </w:r>
      <w:r w:rsidR="00A861C0">
        <w:rPr>
          <w:rFonts w:ascii="Times New Roman" w:hAnsi="Times New Roman" w:cs="Times New Roman"/>
          <w:b/>
          <w:color w:val="1F4E78"/>
          <w:sz w:val="40"/>
          <w:szCs w:val="40"/>
        </w:rPr>
        <w:t>/KAPOCS</w:t>
      </w:r>
    </w:p>
    <w:p w:rsidR="00F10910" w:rsidRPr="00A861C0" w:rsidRDefault="004F6B60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A861C0">
        <w:rPr>
          <w:rFonts w:ascii="Times New Roman" w:hAnsi="Times New Roman" w:cs="Times New Roman"/>
          <w:color w:val="5B6573"/>
          <w:sz w:val="28"/>
          <w:szCs w:val="28"/>
        </w:rPr>
        <w:t>Kvíz 18–25 évesek számára</w:t>
      </w:r>
    </w:p>
    <w:p w:rsidR="003464F0" w:rsidRDefault="003464F0">
      <w:pPr>
        <w:spacing w:before="200" w:after="200"/>
        <w:rPr>
          <w:rFonts w:ascii="Times New Roman" w:hAnsi="Times New Roman" w:cs="Times New Roman"/>
          <w:color w:val="5B657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5B6573"/>
          <w:sz w:val="24"/>
          <w:szCs w:val="24"/>
        </w:rPr>
        <w:t>Név</w:t>
      </w:r>
      <w:proofErr w:type="spellEnd"/>
      <w:r>
        <w:rPr>
          <w:rFonts w:ascii="Times New Roman" w:hAnsi="Times New Roman" w:cs="Times New Roman"/>
          <w:color w:val="5B6573"/>
          <w:sz w:val="24"/>
          <w:szCs w:val="24"/>
        </w:rPr>
        <w:t>:</w:t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5B6573"/>
          <w:sz w:val="24"/>
          <w:szCs w:val="24"/>
        </w:rPr>
        <w:t>Ország</w:t>
      </w:r>
      <w:proofErr w:type="spellEnd"/>
      <w:r>
        <w:rPr>
          <w:rFonts w:ascii="Times New Roman" w:hAnsi="Times New Roman" w:cs="Times New Roman"/>
          <w:color w:val="5B6573"/>
          <w:sz w:val="24"/>
          <w:szCs w:val="24"/>
        </w:rPr>
        <w:t>:</w:t>
      </w:r>
    </w:p>
    <w:p w:rsidR="00F10910" w:rsidRPr="00A861C0" w:rsidRDefault="004F6B60">
      <w:pPr>
        <w:spacing w:before="200" w:after="200"/>
        <w:rPr>
          <w:rFonts w:ascii="Times New Roman" w:hAnsi="Times New Roman" w:cs="Times New Roman"/>
          <w:sz w:val="24"/>
          <w:szCs w:val="24"/>
        </w:rPr>
      </w:pPr>
      <w:proofErr w:type="spellStart"/>
      <w:r w:rsidRPr="00A861C0">
        <w:rPr>
          <w:rFonts w:ascii="Times New Roman" w:hAnsi="Times New Roman" w:cs="Times New Roman"/>
          <w:color w:val="5B6573"/>
          <w:sz w:val="24"/>
          <w:szCs w:val="24"/>
        </w:rPr>
        <w:t>Jelöld</w:t>
      </w:r>
      <w:proofErr w:type="spellEnd"/>
      <w:r w:rsidRPr="00A861C0">
        <w:rPr>
          <w:rFonts w:ascii="Times New Roman" w:hAnsi="Times New Roman" w:cs="Times New Roman"/>
          <w:color w:val="5B6573"/>
          <w:sz w:val="24"/>
          <w:szCs w:val="24"/>
        </w:rPr>
        <w:t xml:space="preserve"> be </w:t>
      </w:r>
      <w:proofErr w:type="spellStart"/>
      <w:proofErr w:type="gramStart"/>
      <w:r w:rsidRPr="00A861C0">
        <w:rPr>
          <w:rFonts w:ascii="Times New Roman" w:hAnsi="Times New Roman" w:cs="Times New Roman"/>
          <w:color w:val="5B6573"/>
          <w:sz w:val="24"/>
          <w:szCs w:val="24"/>
        </w:rPr>
        <w:t>minden</w:t>
      </w:r>
      <w:proofErr w:type="spellEnd"/>
      <w:proofErr w:type="gramEnd"/>
      <w:r w:rsidRPr="00A861C0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Pr="00A861C0">
        <w:rPr>
          <w:rFonts w:ascii="Times New Roman" w:hAnsi="Times New Roman" w:cs="Times New Roman"/>
          <w:color w:val="5B6573"/>
          <w:sz w:val="24"/>
          <w:szCs w:val="24"/>
        </w:rPr>
        <w:t>kérdésnél</w:t>
      </w:r>
      <w:proofErr w:type="spellEnd"/>
      <w:r w:rsidRPr="00A861C0">
        <w:rPr>
          <w:rFonts w:ascii="Times New Roman" w:hAnsi="Times New Roman" w:cs="Times New Roman"/>
          <w:color w:val="5B6573"/>
          <w:sz w:val="24"/>
          <w:szCs w:val="24"/>
        </w:rPr>
        <w:t xml:space="preserve"> az egyetlen helyes választ! A kvíz kitöltésére javasolt idő: 15 perc.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1.  Melyik évben jött létre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Osztrák–Magyar Monarchia a kiegyezéssel?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1848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1861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1867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1873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2.  Melyik uralkodó adta ki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Aranybullát 1222-ben?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I. Szent István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II. András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IV. Béla</w:t>
      </w:r>
      <w:bookmarkStart w:id="0" w:name="_GoBack"/>
      <w:bookmarkEnd w:id="0"/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I. Károly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3.  Ki írta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Egyperces novellák című művet?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Márai Sándor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Karinthy Frigyes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Örkény István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Kosztolányi Dezső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4.  Melyik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magyar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feltaláló és fizikus kapott Nobel-díjat a holográfia módszerének felfedezéséért?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Gábor Dénes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Szilárd Leó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Teller Ede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Kármán Tódor</w:t>
      </w:r>
    </w:p>
    <w:p w:rsidR="00F10910" w:rsidRPr="00A861C0" w:rsidRDefault="004F6B60">
      <w:pPr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sz w:val="24"/>
          <w:szCs w:val="24"/>
        </w:rPr>
        <w:br w:type="page"/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lastRenderedPageBreak/>
        <w:t>5.  Melyik városban alapították 1367-ben Magyarország első egyetemét?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Pécs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Esztergom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Veszprém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Szeged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6.  Melyik zeneszerző műve a Zene húros hangszerekre, ütőkre és cselesztára?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Kodály Zoltán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Liszt Ferenc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Bartók Béla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Erkel Ferenc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7.  Mikor csatlakozott Magyarország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Európai Unióhoz?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)  1999. </w:t>
      </w:r>
      <w:proofErr w:type="gramStart"/>
      <w:r w:rsidRPr="00A861C0">
        <w:rPr>
          <w:rFonts w:ascii="Times New Roman" w:hAnsi="Times New Roman" w:cs="Times New Roman"/>
          <w:color w:val="000000"/>
          <w:sz w:val="24"/>
          <w:szCs w:val="24"/>
        </w:rPr>
        <w:t>március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12.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)  2004. </w:t>
      </w:r>
      <w:proofErr w:type="gramStart"/>
      <w:r w:rsidRPr="00A861C0">
        <w:rPr>
          <w:rFonts w:ascii="Times New Roman" w:hAnsi="Times New Roman" w:cs="Times New Roman"/>
          <w:color w:val="000000"/>
          <w:sz w:val="24"/>
          <w:szCs w:val="24"/>
        </w:rPr>
        <w:t>május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)  2007. </w:t>
      </w:r>
      <w:proofErr w:type="gramStart"/>
      <w:r w:rsidRPr="00A861C0">
        <w:rPr>
          <w:rFonts w:ascii="Times New Roman" w:hAnsi="Times New Roman" w:cs="Times New Roman"/>
          <w:color w:val="000000"/>
          <w:sz w:val="24"/>
          <w:szCs w:val="24"/>
        </w:rPr>
        <w:t>január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)  2011. </w:t>
      </w:r>
      <w:proofErr w:type="gramStart"/>
      <w:r w:rsidRPr="00A861C0">
        <w:rPr>
          <w:rFonts w:ascii="Times New Roman" w:hAnsi="Times New Roman" w:cs="Times New Roman"/>
          <w:color w:val="000000"/>
          <w:sz w:val="24"/>
          <w:szCs w:val="24"/>
        </w:rPr>
        <w:t>január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8.  Melyik tó osztozik Magyarország és Ausztria területén?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Velencei-tó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Fertő tó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Hévízi-tó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Tisza-tó</w:t>
      </w:r>
    </w:p>
    <w:p w:rsidR="00F10910" w:rsidRPr="00A861C0" w:rsidRDefault="004F6B60">
      <w:pPr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sz w:val="24"/>
          <w:szCs w:val="24"/>
        </w:rPr>
        <w:br w:type="page"/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lastRenderedPageBreak/>
        <w:t>9.  Ki ajánlotta fel könyv-, kézirat- és éremgyűjteményét a Magyar Nemzeti Múzeum megalapításához?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Széchényi Ferenc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Széchenyi István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Wesselényi Miklós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Eötvös József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10.  Melyik sportoló nyert öt olimpiai aranyérmet úszásban Magyarországnak?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Hosszú Katinka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Gyarmati Andrea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Egerszegi Krisztina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Darnyi Tamás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11.  Melyik matematikai terület egyik úttörője volt Bolyai János?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Valószínűségszámítás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Nemeuklideszi geometria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Játékelmélet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Halmazelmélet</w:t>
      </w:r>
    </w:p>
    <w:p w:rsidR="00F10910" w:rsidRPr="00A861C0" w:rsidRDefault="004F6B60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12.  Melyik esemény történt 1989. </w:t>
      </w:r>
      <w:proofErr w:type="gramStart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>október</w:t>
      </w:r>
      <w:proofErr w:type="gramEnd"/>
      <w:r w:rsidRPr="00A861C0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23-án Magyarországon?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Megkezdődött a rendszerváltó kerekasztal-tárgyalás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Kikiáltották a Magyar Köztársaságot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Megtartották az első szabad országgyűlési választást</w:t>
      </w:r>
    </w:p>
    <w:p w:rsidR="00F10910" w:rsidRPr="00A861C0" w:rsidRDefault="004F6B60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A861C0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A861C0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A861C0">
        <w:rPr>
          <w:rFonts w:ascii="Times New Roman" w:hAnsi="Times New Roman" w:cs="Times New Roman"/>
          <w:color w:val="000000"/>
          <w:sz w:val="24"/>
          <w:szCs w:val="24"/>
        </w:rPr>
        <w:t>)  Magyarország belépett a NATO-ba</w:t>
      </w:r>
    </w:p>
    <w:p w:rsidR="00F10910" w:rsidRPr="00A861C0" w:rsidRDefault="00F10910">
      <w:pPr>
        <w:rPr>
          <w:rFonts w:ascii="Times New Roman" w:hAnsi="Times New Roman" w:cs="Times New Roman"/>
          <w:sz w:val="24"/>
          <w:szCs w:val="24"/>
        </w:rPr>
      </w:pPr>
    </w:p>
    <w:sectPr w:rsidR="00F10910" w:rsidRPr="00A861C0" w:rsidSect="00034616">
      <w:headerReference w:type="default" r:id="rId8"/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BB" w:rsidRDefault="00A26DBB">
      <w:pPr>
        <w:spacing w:after="0" w:line="240" w:lineRule="auto"/>
      </w:pPr>
      <w:r>
        <w:separator/>
      </w:r>
    </w:p>
  </w:endnote>
  <w:endnote w:type="continuationSeparator" w:id="0">
    <w:p w:rsidR="00A26DBB" w:rsidRDefault="00A2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10" w:rsidRDefault="004F6B60">
    <w:pPr>
      <w:pStyle w:val="llb"/>
      <w:jc w:val="center"/>
    </w:pPr>
    <w:r>
      <w:rPr>
        <w:color w:val="5B6573"/>
        <w:sz w:val="16"/>
      </w:rPr>
      <w:t>12 kérdés  •  kérdésenként 1 pont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BB" w:rsidRDefault="00A26DBB">
      <w:pPr>
        <w:spacing w:after="0" w:line="240" w:lineRule="auto"/>
      </w:pPr>
      <w:r>
        <w:separator/>
      </w:r>
    </w:p>
  </w:footnote>
  <w:footnote w:type="continuationSeparator" w:id="0">
    <w:p w:rsidR="00A26DBB" w:rsidRDefault="00A2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10" w:rsidRDefault="004F6B60">
    <w:pPr>
      <w:pStyle w:val="lfej"/>
      <w:jc w:val="right"/>
    </w:pPr>
    <w:r>
      <w:rPr>
        <w:b/>
        <w:color w:val="5B6573"/>
        <w:sz w:val="16"/>
      </w:rPr>
      <w:t>MAGYARORSZÁG-KVÍZ  •  18–25 ÉVES KOROSZTÁLY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64F0"/>
    <w:rsid w:val="004F6B60"/>
    <w:rsid w:val="00A26DBB"/>
    <w:rsid w:val="00A861C0"/>
    <w:rsid w:val="00AA1D8D"/>
    <w:rsid w:val="00B47730"/>
    <w:rsid w:val="00CB0664"/>
    <w:rsid w:val="00F109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ADD95"/>
  <w14:defaultImageDpi w14:val="300"/>
  <w15:docId w15:val="{15B1715A-54CA-4BFE-BDF6-E8F98EED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pPr>
      <w:spacing w:after="120"/>
    </w:pPr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8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FD9172-90B4-4897-AA39-A079797E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Magyarország-kvíz 18–25 évesek számára – 2026</vt:lpstr>
      <vt:lpstr/>
    </vt:vector>
  </TitlesOfParts>
  <Manager/>
  <Company/>
  <LinksUpToDate>false</LinksUpToDate>
  <CharactersWithSpaces>2073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Magyarország-kvíz 18–25 évesek számára – 2026</dc:title>
  <dc:subject>12 kérdéses országismereti kvíz megoldókulccsal</dc:subject>
  <dc:creator>Admin</dc:creator>
  <cp:keywords/>
  <dc:description>generated by python-docx</dc:description>
  <cp:lastModifiedBy>Admin</cp:lastModifiedBy>
  <cp:revision>3</cp:revision>
  <dcterms:created xsi:type="dcterms:W3CDTF">2026-08-10T11:21:00Z</dcterms:created>
  <dcterms:modified xsi:type="dcterms:W3CDTF">2026-08-10T18:13:00Z</dcterms:modified>
  <cp:category/>
</cp:coreProperties>
</file>