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77D" w:rsidRPr="00706726" w:rsidRDefault="00923D2F">
      <w:pPr>
        <w:spacing w:after="40"/>
        <w:jc w:val="center"/>
        <w:rPr>
          <w:rFonts w:ascii="Times New Roman" w:hAnsi="Times New Roman" w:cs="Times New Roman"/>
          <w:sz w:val="40"/>
          <w:szCs w:val="40"/>
        </w:rPr>
      </w:pPr>
      <w:r w:rsidRPr="00706726">
        <w:rPr>
          <w:rFonts w:ascii="Times New Roman" w:hAnsi="Times New Roman" w:cs="Times New Roman"/>
          <w:b/>
          <w:color w:val="1F4E78"/>
          <w:sz w:val="40"/>
          <w:szCs w:val="40"/>
        </w:rPr>
        <w:t>MAGYARORSZÁG</w:t>
      </w:r>
      <w:r w:rsidR="000B7B16">
        <w:rPr>
          <w:rFonts w:ascii="Times New Roman" w:hAnsi="Times New Roman" w:cs="Times New Roman"/>
          <w:b/>
          <w:color w:val="1F4E78"/>
          <w:sz w:val="40"/>
          <w:szCs w:val="40"/>
        </w:rPr>
        <w:t>/KAPOCS</w:t>
      </w:r>
      <w:bookmarkStart w:id="0" w:name="_GoBack"/>
      <w:bookmarkEnd w:id="0"/>
    </w:p>
    <w:p w:rsidR="0016277D" w:rsidRPr="00706726" w:rsidRDefault="00923D2F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706726">
        <w:rPr>
          <w:rFonts w:ascii="Times New Roman" w:hAnsi="Times New Roman" w:cs="Times New Roman"/>
          <w:color w:val="5B6573"/>
          <w:sz w:val="28"/>
          <w:szCs w:val="28"/>
        </w:rPr>
        <w:t>Kvíz 14–18 évesek számára</w:t>
      </w:r>
    </w:p>
    <w:p w:rsidR="00160040" w:rsidRDefault="00160040">
      <w:pPr>
        <w:spacing w:before="200" w:after="200"/>
        <w:rPr>
          <w:rFonts w:ascii="Times New Roman" w:hAnsi="Times New Roman" w:cs="Times New Roman"/>
          <w:color w:val="5B657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5B6573"/>
          <w:sz w:val="24"/>
          <w:szCs w:val="24"/>
        </w:rPr>
        <w:t>Név</w:t>
      </w:r>
      <w:proofErr w:type="spellEnd"/>
      <w:r>
        <w:rPr>
          <w:rFonts w:ascii="Times New Roman" w:hAnsi="Times New Roman" w:cs="Times New Roman"/>
          <w:color w:val="5B6573"/>
          <w:sz w:val="24"/>
          <w:szCs w:val="24"/>
        </w:rPr>
        <w:t>:</w:t>
      </w:r>
      <w:r>
        <w:rPr>
          <w:rFonts w:ascii="Times New Roman" w:hAnsi="Times New Roman" w:cs="Times New Roman"/>
          <w:color w:val="5B6573"/>
          <w:sz w:val="24"/>
          <w:szCs w:val="24"/>
        </w:rPr>
        <w:tab/>
      </w:r>
      <w:r>
        <w:rPr>
          <w:rFonts w:ascii="Times New Roman" w:hAnsi="Times New Roman" w:cs="Times New Roman"/>
          <w:color w:val="5B6573"/>
          <w:sz w:val="24"/>
          <w:szCs w:val="24"/>
        </w:rPr>
        <w:tab/>
      </w:r>
      <w:r>
        <w:rPr>
          <w:rFonts w:ascii="Times New Roman" w:hAnsi="Times New Roman" w:cs="Times New Roman"/>
          <w:color w:val="5B6573"/>
          <w:sz w:val="24"/>
          <w:szCs w:val="24"/>
        </w:rPr>
        <w:tab/>
      </w:r>
      <w:r>
        <w:rPr>
          <w:rFonts w:ascii="Times New Roman" w:hAnsi="Times New Roman" w:cs="Times New Roman"/>
          <w:color w:val="5B6573"/>
          <w:sz w:val="24"/>
          <w:szCs w:val="24"/>
        </w:rPr>
        <w:tab/>
      </w:r>
      <w:r>
        <w:rPr>
          <w:rFonts w:ascii="Times New Roman" w:hAnsi="Times New Roman" w:cs="Times New Roman"/>
          <w:color w:val="5B6573"/>
          <w:sz w:val="24"/>
          <w:szCs w:val="24"/>
        </w:rPr>
        <w:tab/>
      </w:r>
      <w:r>
        <w:rPr>
          <w:rFonts w:ascii="Times New Roman" w:hAnsi="Times New Roman" w:cs="Times New Roman"/>
          <w:color w:val="5B6573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5B6573"/>
          <w:sz w:val="24"/>
          <w:szCs w:val="24"/>
        </w:rPr>
        <w:t>Ország</w:t>
      </w:r>
      <w:proofErr w:type="spellEnd"/>
    </w:p>
    <w:p w:rsidR="0016277D" w:rsidRPr="008B2E7F" w:rsidRDefault="00923D2F">
      <w:pPr>
        <w:spacing w:before="200" w:after="200"/>
        <w:rPr>
          <w:rFonts w:ascii="Times New Roman" w:hAnsi="Times New Roman" w:cs="Times New Roman"/>
          <w:sz w:val="24"/>
          <w:szCs w:val="24"/>
        </w:rPr>
      </w:pPr>
      <w:proofErr w:type="spellStart"/>
      <w:r w:rsidRPr="008B2E7F">
        <w:rPr>
          <w:rFonts w:ascii="Times New Roman" w:hAnsi="Times New Roman" w:cs="Times New Roman"/>
          <w:color w:val="5B6573"/>
          <w:sz w:val="24"/>
          <w:szCs w:val="24"/>
        </w:rPr>
        <w:t>Jelöld</w:t>
      </w:r>
      <w:proofErr w:type="spellEnd"/>
      <w:r w:rsidRPr="008B2E7F">
        <w:rPr>
          <w:rFonts w:ascii="Times New Roman" w:hAnsi="Times New Roman" w:cs="Times New Roman"/>
          <w:color w:val="5B6573"/>
          <w:sz w:val="24"/>
          <w:szCs w:val="24"/>
        </w:rPr>
        <w:t xml:space="preserve"> be </w:t>
      </w:r>
      <w:proofErr w:type="spellStart"/>
      <w:proofErr w:type="gramStart"/>
      <w:r w:rsidRPr="008B2E7F">
        <w:rPr>
          <w:rFonts w:ascii="Times New Roman" w:hAnsi="Times New Roman" w:cs="Times New Roman"/>
          <w:color w:val="5B6573"/>
          <w:sz w:val="24"/>
          <w:szCs w:val="24"/>
        </w:rPr>
        <w:t>minden</w:t>
      </w:r>
      <w:proofErr w:type="spellEnd"/>
      <w:proofErr w:type="gramEnd"/>
      <w:r w:rsidRPr="008B2E7F">
        <w:rPr>
          <w:rFonts w:ascii="Times New Roman" w:hAnsi="Times New Roman" w:cs="Times New Roman"/>
          <w:color w:val="5B6573"/>
          <w:sz w:val="24"/>
          <w:szCs w:val="24"/>
        </w:rPr>
        <w:t xml:space="preserve"> </w:t>
      </w:r>
      <w:proofErr w:type="spellStart"/>
      <w:r w:rsidRPr="008B2E7F">
        <w:rPr>
          <w:rFonts w:ascii="Times New Roman" w:hAnsi="Times New Roman" w:cs="Times New Roman"/>
          <w:color w:val="5B6573"/>
          <w:sz w:val="24"/>
          <w:szCs w:val="24"/>
        </w:rPr>
        <w:t>kérdésnél</w:t>
      </w:r>
      <w:proofErr w:type="spellEnd"/>
      <w:r w:rsidRPr="008B2E7F">
        <w:rPr>
          <w:rFonts w:ascii="Times New Roman" w:hAnsi="Times New Roman" w:cs="Times New Roman"/>
          <w:color w:val="5B6573"/>
          <w:sz w:val="24"/>
          <w:szCs w:val="24"/>
        </w:rPr>
        <w:t xml:space="preserve"> </w:t>
      </w:r>
      <w:proofErr w:type="spellStart"/>
      <w:r w:rsidRPr="008B2E7F">
        <w:rPr>
          <w:rFonts w:ascii="Times New Roman" w:hAnsi="Times New Roman" w:cs="Times New Roman"/>
          <w:color w:val="5B6573"/>
          <w:sz w:val="24"/>
          <w:szCs w:val="24"/>
        </w:rPr>
        <w:t>az</w:t>
      </w:r>
      <w:proofErr w:type="spellEnd"/>
      <w:r w:rsidRPr="008B2E7F">
        <w:rPr>
          <w:rFonts w:ascii="Times New Roman" w:hAnsi="Times New Roman" w:cs="Times New Roman"/>
          <w:color w:val="5B6573"/>
          <w:sz w:val="24"/>
          <w:szCs w:val="24"/>
        </w:rPr>
        <w:t xml:space="preserve"> </w:t>
      </w:r>
      <w:proofErr w:type="spellStart"/>
      <w:r w:rsidRPr="008B2E7F">
        <w:rPr>
          <w:rFonts w:ascii="Times New Roman" w:hAnsi="Times New Roman" w:cs="Times New Roman"/>
          <w:color w:val="5B6573"/>
          <w:sz w:val="24"/>
          <w:szCs w:val="24"/>
        </w:rPr>
        <w:t>eg</w:t>
      </w:r>
      <w:r w:rsidR="00160040">
        <w:rPr>
          <w:rFonts w:ascii="Times New Roman" w:hAnsi="Times New Roman" w:cs="Times New Roman"/>
          <w:color w:val="5B6573"/>
          <w:sz w:val="24"/>
          <w:szCs w:val="24"/>
        </w:rPr>
        <w:t>yetlen</w:t>
      </w:r>
      <w:proofErr w:type="spellEnd"/>
      <w:r w:rsidR="00160040">
        <w:rPr>
          <w:rFonts w:ascii="Times New Roman" w:hAnsi="Times New Roman" w:cs="Times New Roman"/>
          <w:color w:val="5B6573"/>
          <w:sz w:val="24"/>
          <w:szCs w:val="24"/>
        </w:rPr>
        <w:t xml:space="preserve"> </w:t>
      </w:r>
      <w:proofErr w:type="spellStart"/>
      <w:r w:rsidR="00160040">
        <w:rPr>
          <w:rFonts w:ascii="Times New Roman" w:hAnsi="Times New Roman" w:cs="Times New Roman"/>
          <w:color w:val="5B6573"/>
          <w:sz w:val="24"/>
          <w:szCs w:val="24"/>
        </w:rPr>
        <w:t>helyes</w:t>
      </w:r>
      <w:proofErr w:type="spellEnd"/>
      <w:r w:rsidR="00160040">
        <w:rPr>
          <w:rFonts w:ascii="Times New Roman" w:hAnsi="Times New Roman" w:cs="Times New Roman"/>
          <w:color w:val="5B6573"/>
          <w:sz w:val="24"/>
          <w:szCs w:val="24"/>
        </w:rPr>
        <w:t xml:space="preserve"> </w:t>
      </w:r>
      <w:proofErr w:type="spellStart"/>
      <w:r w:rsidR="00160040">
        <w:rPr>
          <w:rFonts w:ascii="Times New Roman" w:hAnsi="Times New Roman" w:cs="Times New Roman"/>
          <w:color w:val="5B6573"/>
          <w:sz w:val="24"/>
          <w:szCs w:val="24"/>
        </w:rPr>
        <w:t>választ</w:t>
      </w:r>
      <w:proofErr w:type="spellEnd"/>
      <w:r w:rsidR="00160040">
        <w:rPr>
          <w:rFonts w:ascii="Times New Roman" w:hAnsi="Times New Roman" w:cs="Times New Roman"/>
          <w:color w:val="5B6573"/>
          <w:sz w:val="24"/>
          <w:szCs w:val="24"/>
        </w:rPr>
        <w:t>!</w:t>
      </w:r>
    </w:p>
    <w:p w:rsidR="0016277D" w:rsidRPr="008B2E7F" w:rsidRDefault="00923D2F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t>1.  Melyik évben egyesült Pest, Buda és Óbuda Budapest néven?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1848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1867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1873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1896</w:t>
      </w:r>
    </w:p>
    <w:p w:rsidR="0016277D" w:rsidRPr="008B2E7F" w:rsidRDefault="00923D2F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2.  Melyik </w:t>
      </w:r>
      <w:proofErr w:type="gramStart"/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t>magyar</w:t>
      </w:r>
      <w:proofErr w:type="gramEnd"/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 költő írta a Nemzeti dalt?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Arany János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Petőfi Sándor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Ady Endre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József Attila</w:t>
      </w:r>
    </w:p>
    <w:p w:rsidR="0016277D" w:rsidRPr="008B2E7F" w:rsidRDefault="00923D2F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3.  Melyik település ófaluja szerepel </w:t>
      </w:r>
      <w:proofErr w:type="gramStart"/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t>az</w:t>
      </w:r>
      <w:proofErr w:type="gramEnd"/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 UNESCO világörökségi listáján?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Hollókő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Tokaj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Tihany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Visegrád</w:t>
      </w:r>
    </w:p>
    <w:p w:rsidR="0016277D" w:rsidRPr="008B2E7F" w:rsidRDefault="00923D2F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t>4.  Ki tökéletesítette és szabadalmaztatta a modern golyóstoll működési elvét?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Jedlik Ányos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Bíró László József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Neumann János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Kandó Kálmán</w:t>
      </w:r>
    </w:p>
    <w:p w:rsidR="0016277D" w:rsidRPr="008B2E7F" w:rsidRDefault="00923D2F">
      <w:pPr>
        <w:rPr>
          <w:rFonts w:ascii="Times New Roman" w:hAnsi="Times New Roman" w:cs="Times New Roman"/>
          <w:sz w:val="24"/>
          <w:szCs w:val="24"/>
        </w:rPr>
      </w:pPr>
      <w:r w:rsidRPr="008B2E7F">
        <w:rPr>
          <w:rFonts w:ascii="Times New Roman" w:hAnsi="Times New Roman" w:cs="Times New Roman"/>
          <w:sz w:val="24"/>
          <w:szCs w:val="24"/>
        </w:rPr>
        <w:br w:type="page"/>
      </w:r>
    </w:p>
    <w:p w:rsidR="0016277D" w:rsidRPr="008B2E7F" w:rsidRDefault="00923D2F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lastRenderedPageBreak/>
        <w:t>5.  Melyik Magyarország legnagyobb tava?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Velencei-tó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Fertő tó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Tisza-tó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Balaton</w:t>
      </w:r>
    </w:p>
    <w:p w:rsidR="0016277D" w:rsidRPr="008B2E7F" w:rsidRDefault="00923D2F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t>6.  Melyik regényt írta Molnár Ferenc?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A Pál utcai fiúk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Egri csillagok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Légy jó mindhalálig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Abigél</w:t>
      </w:r>
    </w:p>
    <w:p w:rsidR="0016277D" w:rsidRPr="008B2E7F" w:rsidRDefault="00923D2F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7.  Melyik </w:t>
      </w:r>
      <w:proofErr w:type="gramStart"/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t>magyar</w:t>
      </w:r>
      <w:proofErr w:type="gramEnd"/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 tudós kutatta a C-vitamint, és vonta ki paprikából?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Eötvös Loránd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Szent-Györgyi Albert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Bay Zoltán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Wigner Jenő</w:t>
      </w:r>
    </w:p>
    <w:p w:rsidR="0016277D" w:rsidRPr="008B2E7F" w:rsidRDefault="00923D2F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t>8.  Melyik volt Magyarország első nemzeti parkja?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Bükki Nemzeti Park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Kiskunsági Nemzeti Park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Hortobágyi Nemzeti Park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Aggteleki Nemzeti Park</w:t>
      </w:r>
    </w:p>
    <w:p w:rsidR="0016277D" w:rsidRPr="008B2E7F" w:rsidRDefault="00923D2F">
      <w:pPr>
        <w:rPr>
          <w:rFonts w:ascii="Times New Roman" w:hAnsi="Times New Roman" w:cs="Times New Roman"/>
          <w:sz w:val="24"/>
          <w:szCs w:val="24"/>
        </w:rPr>
      </w:pPr>
      <w:r w:rsidRPr="008B2E7F">
        <w:rPr>
          <w:rFonts w:ascii="Times New Roman" w:hAnsi="Times New Roman" w:cs="Times New Roman"/>
          <w:sz w:val="24"/>
          <w:szCs w:val="24"/>
        </w:rPr>
        <w:br w:type="page"/>
      </w:r>
    </w:p>
    <w:p w:rsidR="0016277D" w:rsidRPr="008B2E7F" w:rsidRDefault="00923D2F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lastRenderedPageBreak/>
        <w:t>9.  Melyik városhoz kötődik legszorosabban a matyó hímzés hagyománya?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Kalocsa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Mezőkövesd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Szentendre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Sopron</w:t>
      </w:r>
    </w:p>
    <w:p w:rsidR="0016277D" w:rsidRPr="008B2E7F" w:rsidRDefault="00923D2F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10.  Melyik ország válogatottját győzte le </w:t>
      </w:r>
      <w:proofErr w:type="gramStart"/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t>az</w:t>
      </w:r>
      <w:proofErr w:type="gramEnd"/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t xml:space="preserve"> Aranycsapat 6:3-ra 1953-ban a Wembley Stadionban?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Anglia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Brazília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Olaszország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Ausztria</w:t>
      </w:r>
    </w:p>
    <w:p w:rsidR="0016277D" w:rsidRPr="008B2E7F" w:rsidRDefault="00923D2F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t>11.  Melyik hegységben található Magyarország legmagasabb pontja, a Kékes?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Bükk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Bakony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Mátra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Zempléni-hegység</w:t>
      </w:r>
    </w:p>
    <w:p w:rsidR="0016277D" w:rsidRPr="008B2E7F" w:rsidRDefault="00923D2F">
      <w:pPr>
        <w:keepNext/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8B2E7F">
        <w:rPr>
          <w:rFonts w:ascii="Times New Roman" w:hAnsi="Times New Roman" w:cs="Times New Roman"/>
          <w:b/>
          <w:color w:val="1F4E78"/>
          <w:sz w:val="24"/>
          <w:szCs w:val="24"/>
        </w:rPr>
        <w:t>12.  Mit jelent a „hungarikum” megnevezés?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A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Csak Magyarországon gyártott élelmiszert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B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Kiemelkedő magyar értéket, amelyet hivatalosan hungarikummá nyilvánítottak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C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Bármilyen régi magyar tárgyat</w:t>
      </w:r>
    </w:p>
    <w:p w:rsidR="0016277D" w:rsidRPr="008B2E7F" w:rsidRDefault="00923D2F">
      <w:pPr>
        <w:keepLines/>
        <w:spacing w:after="20"/>
        <w:ind w:left="317"/>
        <w:rPr>
          <w:rFonts w:ascii="Times New Roman" w:hAnsi="Times New Roman" w:cs="Times New Roman"/>
          <w:sz w:val="24"/>
          <w:szCs w:val="24"/>
        </w:rPr>
      </w:pPr>
      <w:proofErr w:type="gramStart"/>
      <w:r w:rsidRPr="008B2E7F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8B2E7F">
        <w:rPr>
          <w:rFonts w:ascii="Times New Roman" w:hAnsi="Times New Roman" w:cs="Times New Roman"/>
          <w:color w:val="000000"/>
          <w:sz w:val="24"/>
          <w:szCs w:val="24"/>
        </w:rPr>
        <w:t xml:space="preserve">  D</w:t>
      </w:r>
      <w:proofErr w:type="gramEnd"/>
      <w:r w:rsidRPr="008B2E7F">
        <w:rPr>
          <w:rFonts w:ascii="Times New Roman" w:hAnsi="Times New Roman" w:cs="Times New Roman"/>
          <w:color w:val="000000"/>
          <w:sz w:val="24"/>
          <w:szCs w:val="24"/>
        </w:rPr>
        <w:t>)  Kizárólag népművészeti alkotást</w:t>
      </w:r>
    </w:p>
    <w:p w:rsidR="0016277D" w:rsidRPr="008B2E7F" w:rsidRDefault="00923D2F" w:rsidP="0088491F">
      <w:pPr>
        <w:rPr>
          <w:rFonts w:ascii="Times New Roman" w:hAnsi="Times New Roman" w:cs="Times New Roman"/>
          <w:sz w:val="24"/>
          <w:szCs w:val="24"/>
        </w:rPr>
      </w:pPr>
      <w:r w:rsidRPr="008B2E7F">
        <w:rPr>
          <w:rFonts w:ascii="Times New Roman" w:hAnsi="Times New Roman" w:cs="Times New Roman"/>
          <w:color w:val="5B6573"/>
          <w:sz w:val="24"/>
          <w:szCs w:val="24"/>
        </w:rPr>
        <w:t>.</w:t>
      </w:r>
    </w:p>
    <w:sectPr w:rsidR="0016277D" w:rsidRPr="008B2E7F" w:rsidSect="00034616">
      <w:headerReference w:type="default" r:id="rId8"/>
      <w:footerReference w:type="default" r:id="rId9"/>
      <w:pgSz w:w="12240" w:h="15840"/>
      <w:pgMar w:top="1037" w:right="1181" w:bottom="1037" w:left="1181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D0C" w:rsidRDefault="00944D0C">
      <w:pPr>
        <w:spacing w:after="0" w:line="240" w:lineRule="auto"/>
      </w:pPr>
      <w:r>
        <w:separator/>
      </w:r>
    </w:p>
  </w:endnote>
  <w:endnote w:type="continuationSeparator" w:id="0">
    <w:p w:rsidR="00944D0C" w:rsidRDefault="00944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77D" w:rsidRDefault="00923D2F">
    <w:pPr>
      <w:pStyle w:val="llb"/>
      <w:jc w:val="center"/>
    </w:pPr>
    <w:r>
      <w:rPr>
        <w:color w:val="5B6573"/>
        <w:sz w:val="16"/>
      </w:rPr>
      <w:t>12 kérdés  •  kérdésenként 1 pont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D0C" w:rsidRDefault="00944D0C">
      <w:pPr>
        <w:spacing w:after="0" w:line="240" w:lineRule="auto"/>
      </w:pPr>
      <w:r>
        <w:separator/>
      </w:r>
    </w:p>
  </w:footnote>
  <w:footnote w:type="continuationSeparator" w:id="0">
    <w:p w:rsidR="00944D0C" w:rsidRDefault="00944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77D" w:rsidRDefault="00923D2F">
    <w:pPr>
      <w:pStyle w:val="lfej"/>
      <w:jc w:val="right"/>
    </w:pPr>
    <w:r>
      <w:rPr>
        <w:b/>
        <w:color w:val="5B6573"/>
        <w:sz w:val="16"/>
      </w:rPr>
      <w:t>MAGYARORSZÁG-KVÍZ  •  14–18 ÉVES KOROSZTÁLY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7B16"/>
    <w:rsid w:val="0015074B"/>
    <w:rsid w:val="00160040"/>
    <w:rsid w:val="0016277D"/>
    <w:rsid w:val="0029639D"/>
    <w:rsid w:val="002B0DD2"/>
    <w:rsid w:val="00326F90"/>
    <w:rsid w:val="005B58D7"/>
    <w:rsid w:val="00706726"/>
    <w:rsid w:val="0088491F"/>
    <w:rsid w:val="008B2E7F"/>
    <w:rsid w:val="00923D2F"/>
    <w:rsid w:val="00944D0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7687C"/>
  <w14:defaultImageDpi w14:val="300"/>
  <w15:docId w15:val="{03196FD1-4347-4877-85A2-33745D71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  <w:pPr>
      <w:spacing w:after="120"/>
    </w:pPr>
    <w:rPr>
      <w:rFonts w:ascii="Calibri" w:hAnsi="Calibri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40" w:after="140"/>
      <w:outlineLvl w:val="0"/>
    </w:pPr>
    <w:rPr>
      <w:rFonts w:asciiTheme="majorHAnsi" w:eastAsiaTheme="majorEastAsia" w:hAnsiTheme="majorHAnsi" w:cstheme="majorBidi"/>
      <w:b/>
      <w:bCs/>
      <w:color w:val="1F4E78"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1F4E78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E78"/>
      <w:sz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F02BFE-428E-4730-A5F1-165A7676A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239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Magyarország-kvíz 14–18 évesek számára – 2026</vt:lpstr>
      <vt:lpstr/>
    </vt:vector>
  </TitlesOfParts>
  <Manager/>
  <Company/>
  <LinksUpToDate>false</LinksUpToDate>
  <CharactersWithSpaces>1890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Magyarország-kvíz 14–18 évesek számára – 2026</dc:title>
  <dc:subject>12 kérdéses országismereti kvíz megoldókulccsal</dc:subject>
  <dc:creator>Admin</dc:creator>
  <cp:keywords/>
  <dc:description>generated by python-docx</dc:description>
  <cp:lastModifiedBy>Admin</cp:lastModifiedBy>
  <cp:revision>6</cp:revision>
  <dcterms:created xsi:type="dcterms:W3CDTF">2026-08-10T11:15:00Z</dcterms:created>
  <dcterms:modified xsi:type="dcterms:W3CDTF">2026-08-11T13:27:00Z</dcterms:modified>
  <cp:category/>
</cp:coreProperties>
</file>